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18893" w14:textId="77777777" w:rsidR="0006784E" w:rsidRDefault="00000000">
      <w:pPr>
        <w:pStyle w:val="Titel"/>
      </w:pPr>
      <w:r>
        <w:t>OWS-04-TH User Manual</w:t>
      </w:r>
      <w:r>
        <w:br/>
        <w:t>English (Bold) + Nederlandse vertaling</w:t>
      </w:r>
    </w:p>
    <w:p w14:paraId="1AA1189E" w14:textId="77777777" w:rsidR="0006784E" w:rsidRDefault="00000000">
      <w:r>
        <w:rPr>
          <w:b/>
        </w:rPr>
        <w:t>Basic Description</w:t>
      </w:r>
    </w:p>
    <w:p w14:paraId="313A1521" w14:textId="77777777" w:rsidR="0006784E" w:rsidRDefault="00000000">
      <w:r>
        <w:t>Basisgegevens</w:t>
      </w:r>
    </w:p>
    <w:p w14:paraId="1C496184" w14:textId="77777777" w:rsidR="0006784E" w:rsidRDefault="00000000">
      <w:r>
        <w:rPr>
          <w:b/>
        </w:rPr>
        <w:t>Model: OWS-04-TH</w:t>
      </w:r>
    </w:p>
    <w:p w14:paraId="462EC637" w14:textId="77777777" w:rsidR="0006784E" w:rsidRDefault="00000000">
      <w:r>
        <w:t>Model: OWS-04-TH</w:t>
      </w:r>
    </w:p>
    <w:p w14:paraId="0B770DD7" w14:textId="77777777" w:rsidR="0006784E" w:rsidRDefault="00000000">
      <w:r>
        <w:rPr>
          <w:b/>
        </w:rPr>
        <w:t>Power supply: AC230V/50HZ</w:t>
      </w:r>
    </w:p>
    <w:p w14:paraId="715AAD1F" w14:textId="77777777" w:rsidR="0006784E" w:rsidRDefault="00000000">
      <w:r>
        <w:t>Voeding: AC230V/50Hz</w:t>
      </w:r>
    </w:p>
    <w:p w14:paraId="3EB06B0F" w14:textId="77777777" w:rsidR="0006784E" w:rsidRDefault="00000000">
      <w:r>
        <w:rPr>
          <w:b/>
        </w:rPr>
        <w:t>Set temperature range: 7~30°C</w:t>
      </w:r>
    </w:p>
    <w:p w14:paraId="1107EE67" w14:textId="77777777" w:rsidR="0006784E" w:rsidRDefault="00000000">
      <w:r>
        <w:t>Instelbaar temperatuurbereik: 7~30°C</w:t>
      </w:r>
    </w:p>
    <w:p w14:paraId="7851919F" w14:textId="77777777" w:rsidR="0006784E" w:rsidRDefault="00000000">
      <w:r>
        <w:rPr>
          <w:b/>
        </w:rPr>
        <w:t>Heating Element: 1000W</w:t>
      </w:r>
    </w:p>
    <w:p w14:paraId="6C4C8768" w14:textId="77777777" w:rsidR="0006784E" w:rsidRDefault="00000000">
      <w:r>
        <w:t>Verwarmingselement: 1000W</w:t>
      </w:r>
    </w:p>
    <w:p w14:paraId="4EF38A5B" w14:textId="77777777" w:rsidR="0006784E" w:rsidRDefault="00000000">
      <w:r>
        <w:rPr>
          <w:b/>
        </w:rPr>
        <w:t>Insulation Class: I</w:t>
      </w:r>
    </w:p>
    <w:p w14:paraId="700F9C59" w14:textId="77777777" w:rsidR="0006784E" w:rsidRDefault="00000000">
      <w:r>
        <w:t>Isolatieklasse: I</w:t>
      </w:r>
    </w:p>
    <w:p w14:paraId="21EDF3A0" w14:textId="77777777" w:rsidR="0006784E" w:rsidRDefault="00000000">
      <w:r>
        <w:rPr>
          <w:b/>
        </w:rPr>
        <w:t>Water Protection Class: IPX4</w:t>
      </w:r>
    </w:p>
    <w:p w14:paraId="40A80D2D" w14:textId="77777777" w:rsidR="0006784E" w:rsidRDefault="00000000">
      <w:r>
        <w:t>Waterbeschermingsklasse: IPX4</w:t>
      </w:r>
    </w:p>
    <w:p w14:paraId="0A0E5F34" w14:textId="77777777" w:rsidR="0006784E" w:rsidRDefault="00000000">
      <w:r>
        <w:rPr>
          <w:b/>
        </w:rPr>
        <w:t>Length of the wire: 1.2 m</w:t>
      </w:r>
    </w:p>
    <w:p w14:paraId="6466F7EC" w14:textId="77777777" w:rsidR="0006784E" w:rsidRDefault="00000000">
      <w:r>
        <w:t>Kabellengte: 1,2 m</w:t>
      </w:r>
    </w:p>
    <w:p w14:paraId="5D42151D" w14:textId="77777777" w:rsidR="0006784E" w:rsidRDefault="00000000">
      <w:r>
        <w:rPr>
          <w:b/>
        </w:rPr>
        <w:t>Certificate: CE</w:t>
      </w:r>
    </w:p>
    <w:p w14:paraId="4B30E774" w14:textId="77777777" w:rsidR="0006784E" w:rsidRDefault="00000000">
      <w:r>
        <w:t>Certificering: CE</w:t>
      </w:r>
    </w:p>
    <w:p w14:paraId="2E2C38E4" w14:textId="77777777" w:rsidR="0006784E" w:rsidRDefault="00000000">
      <w:r>
        <w:rPr>
          <w:b/>
        </w:rPr>
        <w:t>Comfort mode</w:t>
      </w:r>
    </w:p>
    <w:p w14:paraId="718F3DF2" w14:textId="77777777" w:rsidR="0006784E" w:rsidRDefault="00000000">
      <w:r>
        <w:t>Comfortmodus</w:t>
      </w:r>
    </w:p>
    <w:p w14:paraId="1F4852D2" w14:textId="77777777" w:rsidR="0006784E" w:rsidRDefault="00000000">
      <w:r>
        <w:rPr>
          <w:b/>
        </w:rPr>
        <w:t>The temperature can be set individually, with a range of 7 to 30°C.</w:t>
      </w:r>
    </w:p>
    <w:p w14:paraId="349DF6F7" w14:textId="77777777" w:rsidR="0006784E" w:rsidRDefault="00000000">
      <w:r>
        <w:t>De temperatuur kan individueel worden ingesteld tussen 7°C en 30°C.</w:t>
      </w:r>
    </w:p>
    <w:p w14:paraId="2B182FCF" w14:textId="77777777" w:rsidR="0006784E" w:rsidRDefault="00000000">
      <w:r>
        <w:rPr>
          <w:b/>
        </w:rPr>
        <w:t>Economy mode</w:t>
      </w:r>
    </w:p>
    <w:p w14:paraId="59EED604" w14:textId="77777777" w:rsidR="0006784E" w:rsidRDefault="00000000">
      <w:r>
        <w:lastRenderedPageBreak/>
        <w:t>Eco-modus</w:t>
      </w:r>
    </w:p>
    <w:p w14:paraId="3A952BAC" w14:textId="77777777" w:rsidR="0006784E" w:rsidRDefault="00000000">
      <w:r>
        <w:rPr>
          <w:b/>
        </w:rPr>
        <w:t>The temperature can be set individually, with a range of 7~30°C, but the maximum set temperature must not exceed the comfortable temperature.</w:t>
      </w:r>
    </w:p>
    <w:p w14:paraId="07B9459F" w14:textId="77777777" w:rsidR="0006784E" w:rsidRDefault="00000000">
      <w:r>
        <w:t>De temperatuur kan individueel worden ingesteld tussen 7°C en 30°C, maar mag niet hoger zijn dan de comforttemperatuur.</w:t>
      </w:r>
    </w:p>
    <w:p w14:paraId="69B099F5" w14:textId="77777777" w:rsidR="0006784E" w:rsidRDefault="00000000">
      <w:r>
        <w:rPr>
          <w:b/>
        </w:rPr>
        <w:t>Antifreeze mode</w:t>
      </w:r>
    </w:p>
    <w:p w14:paraId="370F4ADC" w14:textId="77777777" w:rsidR="0006784E" w:rsidRDefault="00000000">
      <w:r>
        <w:t>Vorstbeveiligingsmodus</w:t>
      </w:r>
    </w:p>
    <w:p w14:paraId="60B7A140" w14:textId="77777777" w:rsidR="0006784E" w:rsidRDefault="00000000">
      <w:r>
        <w:rPr>
          <w:b/>
        </w:rPr>
        <w:t>The temperature cannot be set individually; it is fixed at 7°C.</w:t>
      </w:r>
    </w:p>
    <w:p w14:paraId="7FB21174" w14:textId="77777777" w:rsidR="0006784E" w:rsidRDefault="00000000">
      <w:r>
        <w:t>De temperatuur kan niet individueel worden ingesteld en staat vast op 7°C.</w:t>
      </w:r>
    </w:p>
    <w:p w14:paraId="6D547CFC" w14:textId="77777777" w:rsidR="0006784E" w:rsidRDefault="00000000">
      <w:r>
        <w:rPr>
          <w:b/>
        </w:rPr>
        <w:t>Power on</w:t>
      </w:r>
    </w:p>
    <w:p w14:paraId="5D4BB479" w14:textId="77777777" w:rsidR="0006784E" w:rsidRDefault="00000000">
      <w:r>
        <w:t>Inschakelen</w:t>
      </w:r>
    </w:p>
    <w:p w14:paraId="3C577992" w14:textId="77777777" w:rsidR="0006784E" w:rsidRDefault="00000000">
      <w:r>
        <w:rPr>
          <w:b/>
        </w:rPr>
        <w:t>Display time, as shown in the left figure.</w:t>
      </w:r>
    </w:p>
    <w:p w14:paraId="02DFBA4C" w14:textId="77777777" w:rsidR="0006784E" w:rsidRDefault="00000000">
      <w:r>
        <w:t>De tijd wordt weergegeven zoals in de afbeelding links.</w:t>
      </w:r>
    </w:p>
    <w:p w14:paraId="5BFAAA6F" w14:textId="77777777" w:rsidR="0006784E" w:rsidRDefault="00000000">
      <w:r>
        <w:rPr>
          <w:b/>
        </w:rPr>
        <w:t>In the shutdown state, short pressing any other button will not cause any reaction to the product.</w:t>
      </w:r>
    </w:p>
    <w:p w14:paraId="3A694057" w14:textId="77777777" w:rsidR="0006784E" w:rsidRDefault="00000000">
      <w:r>
        <w:t>Wanneer het toestel uitgeschakeld is, reageren de andere toetsen niet.</w:t>
      </w:r>
    </w:p>
    <w:p w14:paraId="72D6162E" w14:textId="77777777" w:rsidR="0006784E" w:rsidRDefault="00000000">
      <w:r>
        <w:rPr>
          <w:b/>
        </w:rPr>
        <w:t>The default temperature for comfort mode is 19°C.</w:t>
      </w:r>
    </w:p>
    <w:p w14:paraId="1A1DD4FB" w14:textId="77777777" w:rsidR="0006784E" w:rsidRDefault="00000000">
      <w:r>
        <w:t>De standaardtemperatuur voor de comfortmodus bedraagt 19°C.</w:t>
      </w:r>
    </w:p>
    <w:p w14:paraId="058054D0" w14:textId="77777777" w:rsidR="0006784E" w:rsidRDefault="00000000">
      <w:r>
        <w:rPr>
          <w:b/>
        </w:rPr>
        <w:t>Comfortable temperature setting: Short press the plus or minus key to set the temperature, long press with acceleration function, step by 0.5°C.</w:t>
      </w:r>
    </w:p>
    <w:p w14:paraId="274268CF" w14:textId="77777777" w:rsidR="0006784E" w:rsidRDefault="00000000">
      <w:r>
        <w:t>Comforttemperatuur instellen: druk kort op de plus- of minknop om de temperatuur in te stellen. Lang indrukken versnelt de instelling. Instelstap: 0,5°C.</w:t>
      </w:r>
    </w:p>
    <w:p w14:paraId="39BB9E59" w14:textId="77777777" w:rsidR="0006784E" w:rsidRDefault="00000000">
      <w:r>
        <w:rPr>
          <w:b/>
        </w:rPr>
        <w:t>Heating operation: The heating icon stays on and does not display when not heating.</w:t>
      </w:r>
    </w:p>
    <w:p w14:paraId="6DB68B4E" w14:textId="77777777" w:rsidR="0006784E" w:rsidRDefault="00000000">
      <w:r>
        <w:t>Tijdens het verwarmen brandt het verwarmingssymbool. Wanneer er niet verwarmd wordt, is het symbool niet zichtbaar.</w:t>
      </w:r>
    </w:p>
    <w:p w14:paraId="0F0B1A69" w14:textId="77777777" w:rsidR="0006784E" w:rsidRDefault="00000000">
      <w:r>
        <w:rPr>
          <w:b/>
        </w:rPr>
        <w:t>The default temperature for the economic mode is 15.5°C.</w:t>
      </w:r>
    </w:p>
    <w:p w14:paraId="3800F75A" w14:textId="77777777" w:rsidR="0006784E" w:rsidRDefault="00000000">
      <w:r>
        <w:t>De standaardtemperatuur voor de eco-modus bedraagt 15,5°C.</w:t>
      </w:r>
    </w:p>
    <w:p w14:paraId="181DFCEF" w14:textId="77777777" w:rsidR="0006784E" w:rsidRDefault="00000000">
      <w:r>
        <w:rPr>
          <w:b/>
        </w:rPr>
        <w:t>Economic temperature setting: Short press the plus or minus key to set the temperature, long press with acceleration function, step by 0.5°C.</w:t>
      </w:r>
    </w:p>
    <w:p w14:paraId="517D0A01" w14:textId="77777777" w:rsidR="0006784E" w:rsidRDefault="00000000">
      <w:r>
        <w:lastRenderedPageBreak/>
        <w:t>Eco-temperatuur instellen: druk kort op de plus- of minknop om de temperatuur in te stellen. Lang indrukken versnelt de instelling. Instelstap: 0,5°C.</w:t>
      </w:r>
    </w:p>
    <w:p w14:paraId="44F5B682" w14:textId="77777777" w:rsidR="0006784E" w:rsidRDefault="00000000">
      <w:r>
        <w:rPr>
          <w:b/>
        </w:rPr>
        <w:t>The temperature in antifreeze mode is fixed at 7°C.</w:t>
      </w:r>
    </w:p>
    <w:p w14:paraId="21677384" w14:textId="77777777" w:rsidR="0006784E" w:rsidRDefault="00000000">
      <w:r>
        <w:t>De temperatuur in de vorstbeveiligingsmodus staat vast op 7°C.</w:t>
      </w:r>
    </w:p>
    <w:p w14:paraId="18C76413" w14:textId="77777777" w:rsidR="0006784E" w:rsidRDefault="00000000">
      <w:r>
        <w:rPr>
          <w:b/>
        </w:rPr>
        <w:t>Weekly timed mode</w:t>
      </w:r>
    </w:p>
    <w:p w14:paraId="3456ED91" w14:textId="77777777" w:rsidR="0006784E" w:rsidRDefault="00000000">
      <w:r>
        <w:t>Wekelijkse timermodus</w:t>
      </w:r>
    </w:p>
    <w:p w14:paraId="05E4A427" w14:textId="77777777" w:rsidR="0006784E" w:rsidRDefault="00000000">
      <w:r>
        <w:rPr>
          <w:b/>
        </w:rPr>
        <w:t>The weekly timer mode allows for time, week, and weekly timer settings.</w:t>
      </w:r>
    </w:p>
    <w:p w14:paraId="2F7A22CB" w14:textId="77777777" w:rsidR="0006784E" w:rsidRDefault="00000000">
      <w:r>
        <w:t>Met de wekelijkse timer kunnen tijd, weekdag en weekprogramma worden ingesteld.</w:t>
      </w:r>
    </w:p>
    <w:p w14:paraId="7B95892E" w14:textId="77777777" w:rsidR="0006784E" w:rsidRDefault="00000000">
      <w:r>
        <w:rPr>
          <w:b/>
        </w:rPr>
        <w:t>When using the device for the first time, you should first set the time and week.</w:t>
      </w:r>
    </w:p>
    <w:p w14:paraId="32BC95D5" w14:textId="77777777" w:rsidR="0006784E" w:rsidRDefault="00000000">
      <w:r>
        <w:t>Bij het eerste gebruik moet eerst de tijd en weekdag worden ingesteld.</w:t>
      </w:r>
    </w:p>
    <w:p w14:paraId="07CCEA6B" w14:textId="77777777" w:rsidR="0006784E" w:rsidRDefault="00000000">
      <w:r>
        <w:rPr>
          <w:b/>
        </w:rPr>
        <w:t>1.Time setting: Press and hold the mode key for 3 seconds to enter the time setting.</w:t>
      </w:r>
    </w:p>
    <w:p w14:paraId="5B49BCC6" w14:textId="77777777" w:rsidR="0006784E" w:rsidRDefault="00000000">
      <w:r>
        <w:t>1. Tijd instellen: Houd de modusknop 3 seconden ingedrukt om de tijdsinstelling te openen.</w:t>
      </w:r>
    </w:p>
    <w:p w14:paraId="36DBD0B8" w14:textId="77777777" w:rsidR="0006784E" w:rsidRDefault="00000000">
      <w:r>
        <w:rPr>
          <w:b/>
        </w:rPr>
        <w:t>Short press the mode key to switch settings: hour adjustment → minute adjustment → week adjustment → week timing setting → exit.</w:t>
      </w:r>
    </w:p>
    <w:p w14:paraId="29E3060D" w14:textId="77777777" w:rsidR="0006784E" w:rsidRDefault="00000000">
      <w:r>
        <w:t>Druk kort op de modusknop om te schakelen tussen uurinstelling → minuutinstelling → weekdaginstelling → weekprogramma → afsluiten.</w:t>
      </w:r>
    </w:p>
    <w:p w14:paraId="056BE716" w14:textId="77777777" w:rsidR="0006784E" w:rsidRDefault="00000000">
      <w:r>
        <w:rPr>
          <w:b/>
        </w:rPr>
        <w:t>1.1 Hour adjustment: adjustment range is 0-23H, step by 1 hour.</w:t>
      </w:r>
    </w:p>
    <w:p w14:paraId="178CD99D" w14:textId="77777777" w:rsidR="0006784E" w:rsidRDefault="00000000">
      <w:r>
        <w:t>1.1 Uurinstelling: bereik 0-23 uur, stapgrootte 1 uur.</w:t>
      </w:r>
    </w:p>
    <w:p w14:paraId="11850C5E" w14:textId="77777777" w:rsidR="0006784E" w:rsidRDefault="00000000">
      <w:r>
        <w:rPr>
          <w:b/>
        </w:rPr>
        <w:t>1.2 Minutes adjustment: adjustment range is 0-59 minutes, step by 1 minute.</w:t>
      </w:r>
    </w:p>
    <w:p w14:paraId="38382BB2" w14:textId="77777777" w:rsidR="0006784E" w:rsidRDefault="00000000">
      <w:r>
        <w:t>1.2 Minuutinstelling: bereik 0-59 minuten, stapgrootte 1 minuut.</w:t>
      </w:r>
    </w:p>
    <w:p w14:paraId="5DF11252" w14:textId="77777777" w:rsidR="0006784E" w:rsidRDefault="00000000">
      <w:r>
        <w:rPr>
          <w:b/>
        </w:rPr>
        <w:t>1.3 Weeks adjustment: adjustment range is 1-7 day, step by 1 day.</w:t>
      </w:r>
    </w:p>
    <w:p w14:paraId="0458B8A6" w14:textId="77777777" w:rsidR="0006784E" w:rsidRDefault="00000000">
      <w:r>
        <w:t>1.3 Weekdaginstelling: bereik 1-7 dagen, stapgrootte 1 dag.</w:t>
      </w:r>
    </w:p>
    <w:p w14:paraId="5AB05826" w14:textId="77777777" w:rsidR="0006784E" w:rsidRDefault="00000000">
      <w:r>
        <w:rPr>
          <w:b/>
        </w:rPr>
        <w:t>2. Weekly timer setting: By default, the economy mode runs for one week (P1~P7).</w:t>
      </w:r>
    </w:p>
    <w:p w14:paraId="3A328B36" w14:textId="77777777" w:rsidR="0006784E" w:rsidRDefault="00000000">
      <w:r>
        <w:t>2. Weekprogramma: standaard worden programma's P1 t/m P7 gebruikt.</w:t>
      </w:r>
    </w:p>
    <w:p w14:paraId="4013758D" w14:textId="77777777" w:rsidR="0006784E" w:rsidRDefault="00000000">
      <w:r>
        <w:rPr>
          <w:b/>
        </w:rPr>
        <w:t>Pressing the plus key indicates comfort mode during this time period.</w:t>
      </w:r>
    </w:p>
    <w:p w14:paraId="45918162" w14:textId="77777777" w:rsidR="0006784E" w:rsidRDefault="00000000">
      <w:r>
        <w:t>Met de plusknop wordt voor dat tijdsblok de comfortmodus gekozen.</w:t>
      </w:r>
    </w:p>
    <w:p w14:paraId="7A1D5A4D" w14:textId="77777777" w:rsidR="0006784E" w:rsidRDefault="00000000">
      <w:r>
        <w:rPr>
          <w:b/>
        </w:rPr>
        <w:t>Pressing the minus key indicates economy mode during this time period.</w:t>
      </w:r>
    </w:p>
    <w:p w14:paraId="531E23AC" w14:textId="77777777" w:rsidR="0006784E" w:rsidRDefault="00000000">
      <w:r>
        <w:lastRenderedPageBreak/>
        <w:t>Met de minknop wordt voor dat tijdsblok de eco-modus gekozen.</w:t>
      </w:r>
    </w:p>
    <w:p w14:paraId="464B664F" w14:textId="77777777" w:rsidR="0006784E" w:rsidRDefault="00000000">
      <w:r>
        <w:rPr>
          <w:b/>
        </w:rPr>
        <w:t>Each time you press the plus or minus key, it will automatically increment by 1 hour.</w:t>
      </w:r>
    </w:p>
    <w:p w14:paraId="55A0C2F5" w14:textId="77777777" w:rsidR="0006784E" w:rsidRDefault="00000000">
      <w:r>
        <w:t>Elke druk verhoogt het tijdsblok automatisch met 1 uur.</w:t>
      </w:r>
    </w:p>
    <w:p w14:paraId="13641E2D" w14:textId="77777777" w:rsidR="0006784E" w:rsidRDefault="00000000">
      <w:r>
        <w:rPr>
          <w:b/>
        </w:rPr>
        <w:t>After setting P1, short press the mode key briefly to switch to P2, and exit the weekly timer setting after P7.</w:t>
      </w:r>
    </w:p>
    <w:p w14:paraId="02E670C7" w14:textId="77777777" w:rsidR="0006784E" w:rsidRDefault="00000000">
      <w:r>
        <w:t>Na P1 kan met de modusknop naar P2 worden gegaan, enzovoort tot P7.</w:t>
      </w:r>
    </w:p>
    <w:p w14:paraId="5D814042" w14:textId="77777777" w:rsidR="0006784E" w:rsidRDefault="00000000">
      <w:r>
        <w:rPr>
          <w:b/>
        </w:rPr>
        <w:t>For example, set P1 to Comfort mode from 7:00 to 21:00.</w:t>
      </w:r>
    </w:p>
    <w:p w14:paraId="428B0623" w14:textId="77777777" w:rsidR="0006784E" w:rsidRDefault="00000000">
      <w:r>
        <w:t>Voorbeeld: stel P1 in op comfortmodus van 07:00 tot 21:00 uur.</w:t>
      </w:r>
    </w:p>
    <w:p w14:paraId="6A77353E" w14:textId="77777777" w:rsidR="0006784E" w:rsidRDefault="00000000">
      <w:r>
        <w:rPr>
          <w:b/>
        </w:rPr>
        <w:t>In the weekly scheduled working state, the set time is displayed.</w:t>
      </w:r>
    </w:p>
    <w:p w14:paraId="7A428521" w14:textId="77777777" w:rsidR="0006784E" w:rsidRDefault="00000000">
      <w:r>
        <w:t>Tijdens de werking van het weekprogramma wordt de ingestelde tijd weergegeven.</w:t>
      </w:r>
    </w:p>
    <w:p w14:paraId="64FA3B9F" w14:textId="77777777" w:rsidR="0006784E" w:rsidRDefault="00000000">
      <w:r>
        <w:rPr>
          <w:b/>
        </w:rPr>
        <w:t>Boost mode</w:t>
      </w:r>
    </w:p>
    <w:p w14:paraId="6ECE2DAF" w14:textId="77777777" w:rsidR="0006784E" w:rsidRDefault="00000000">
      <w:r>
        <w:t>Boost-modus</w:t>
      </w:r>
    </w:p>
    <w:p w14:paraId="76BB7421" w14:textId="77777777" w:rsidR="0006784E" w:rsidRDefault="00000000">
      <w:r>
        <w:rPr>
          <w:b/>
        </w:rPr>
        <w:t>Boost mode provides continuous heating for 30 minutes to 8 hours (default 2 hours).</w:t>
      </w:r>
    </w:p>
    <w:p w14:paraId="10630303" w14:textId="77777777" w:rsidR="0006784E" w:rsidRDefault="00000000">
      <w:r>
        <w:t>De boost-modus zorgt voor continue verwarming van 30 minuten tot 8 uur (standaard 2 uur).</w:t>
      </w:r>
    </w:p>
    <w:p w14:paraId="417748A8" w14:textId="77777777" w:rsidR="0006784E" w:rsidRDefault="00000000">
      <w:r>
        <w:rPr>
          <w:b/>
        </w:rPr>
        <w:t>Short pressing the plus or minus button can adjust the heating duration (0.5-8 hours).</w:t>
      </w:r>
    </w:p>
    <w:p w14:paraId="182B2236" w14:textId="77777777" w:rsidR="0006784E" w:rsidRDefault="00000000">
      <w:r>
        <w:t>Met de plus- of minknop kan de verwarmingsduur worden aangepast (0,5 tot 8 uur).</w:t>
      </w:r>
    </w:p>
    <w:p w14:paraId="49CC288A" w14:textId="77777777" w:rsidR="0006784E" w:rsidRDefault="00000000">
      <w:r>
        <w:rPr>
          <w:b/>
        </w:rPr>
        <w:t>After the setting is completed, continuous heating will begin, and the device will automatically shut down when the timer ends.</w:t>
      </w:r>
    </w:p>
    <w:p w14:paraId="383C1571" w14:textId="77777777" w:rsidR="0006784E" w:rsidRDefault="00000000">
      <w:r>
        <w:t>Na bevestiging start de verwarming en stopt automatisch wanneer de ingestelde tijd verstreken is.</w:t>
      </w:r>
    </w:p>
    <w:p w14:paraId="740F6BAF" w14:textId="77777777" w:rsidR="0006784E" w:rsidRDefault="00000000">
      <w:r>
        <w:rPr>
          <w:b/>
        </w:rPr>
        <w:t>Child lock</w:t>
      </w:r>
    </w:p>
    <w:p w14:paraId="0EA31E66" w14:textId="77777777" w:rsidR="0006784E" w:rsidRDefault="00000000">
      <w:r>
        <w:t>Kinderslot</w:t>
      </w:r>
    </w:p>
    <w:p w14:paraId="22D1F26B" w14:textId="77777777" w:rsidR="0006784E" w:rsidRDefault="00000000">
      <w:r>
        <w:rPr>
          <w:b/>
        </w:rPr>
        <w:t>Press and hold the plus and minus keys simultaneously for 3 seconds while the device is turned on to unlock the child lock.</w:t>
      </w:r>
    </w:p>
    <w:p w14:paraId="6B4DB1A9" w14:textId="77777777" w:rsidR="0006784E" w:rsidRDefault="00000000">
      <w:r>
        <w:t>Houd de plus- en minknop gedurende 3 seconden tegelijk ingedrukt om het kinderslot in of uit te schakelen.</w:t>
      </w:r>
    </w:p>
    <w:p w14:paraId="1EA5827A" w14:textId="77777777" w:rsidR="0006784E" w:rsidRDefault="00000000">
      <w:r>
        <w:rPr>
          <w:b/>
        </w:rPr>
        <w:t>No other buttons can be operated except for the power button.</w:t>
      </w:r>
    </w:p>
    <w:p w14:paraId="4E8B5351" w14:textId="77777777" w:rsidR="0006784E" w:rsidRDefault="00000000">
      <w:r>
        <w:lastRenderedPageBreak/>
        <w:t>Alleen de aan/uit-knop blijft actief.</w:t>
      </w:r>
    </w:p>
    <w:p w14:paraId="520831D3" w14:textId="77777777" w:rsidR="0006784E" w:rsidRDefault="00000000">
      <w:r>
        <w:rPr>
          <w:b/>
        </w:rPr>
        <w:t>Window opening function description</w:t>
      </w:r>
    </w:p>
    <w:p w14:paraId="1F6C5EF8" w14:textId="77777777" w:rsidR="0006784E" w:rsidRDefault="00000000">
      <w:r>
        <w:t>Beschrijving van de raam-openfunctie</w:t>
      </w:r>
    </w:p>
    <w:p w14:paraId="1B84187A" w14:textId="77777777" w:rsidR="0006784E" w:rsidRDefault="00000000">
      <w:r>
        <w:rPr>
          <w:b/>
        </w:rPr>
        <w:t>When the ambient temperature suddenly drops by 2°C within five minutes, the device enters the window opening mode and enters the fixed temperature 7°C mode.</w:t>
      </w:r>
    </w:p>
    <w:p w14:paraId="35ABC5A1" w14:textId="77777777" w:rsidR="0006784E" w:rsidRDefault="00000000">
      <w:r>
        <w:t>Wanneer de omgevingstemperatuur binnen 5 minuten met 2°C daalt, schakelt het toestel over naar de vaste temperatuur van 7°C.</w:t>
      </w:r>
    </w:p>
    <w:p w14:paraId="19C98C01" w14:textId="77777777" w:rsidR="0006784E" w:rsidRDefault="00000000">
      <w:r>
        <w:rPr>
          <w:b/>
        </w:rPr>
        <w:t>After heating for 60 minutes, it enters the normal mode.</w:t>
      </w:r>
    </w:p>
    <w:p w14:paraId="640CC606" w14:textId="77777777" w:rsidR="0006784E" w:rsidRDefault="00000000">
      <w:r>
        <w:t>Na 60 minuten keert het toestel terug naar de normale werking.</w:t>
      </w:r>
    </w:p>
    <w:p w14:paraId="5915AED7" w14:textId="77777777" w:rsidR="0006784E" w:rsidRDefault="00000000">
      <w:r>
        <w:rPr>
          <w:b/>
        </w:rPr>
        <w:t>Distribution Network Description</w:t>
      </w:r>
    </w:p>
    <w:p w14:paraId="2FE16611" w14:textId="77777777" w:rsidR="0006784E" w:rsidRDefault="00000000">
      <w:r>
        <w:t>WiFi-instellingen</w:t>
      </w:r>
    </w:p>
    <w:p w14:paraId="75156C98" w14:textId="77777777" w:rsidR="0006784E" w:rsidRDefault="00000000">
      <w:r>
        <w:rPr>
          <w:b/>
        </w:rPr>
        <w:t>Download and install the Graffiti Smart (or Smart Life) app.</w:t>
      </w:r>
    </w:p>
    <w:p w14:paraId="51F3FBED" w14:textId="77777777" w:rsidR="0006784E" w:rsidRDefault="00000000">
      <w:r>
        <w:t>Download en installeer de Graffiti Smart- of Smart Life-app.</w:t>
      </w:r>
    </w:p>
    <w:p w14:paraId="1814A4EB" w14:textId="77777777" w:rsidR="0006784E" w:rsidRDefault="00000000">
      <w:r>
        <w:rPr>
          <w:b/>
        </w:rPr>
        <w:t>Create an account according to the prompts inside the app.</w:t>
      </w:r>
    </w:p>
    <w:p w14:paraId="6B077B79" w14:textId="77777777" w:rsidR="0006784E" w:rsidRDefault="00000000">
      <w:r>
        <w:t>Maak een account aan volgens de instructies in de app.</w:t>
      </w:r>
    </w:p>
    <w:p w14:paraId="1918C254" w14:textId="77777777" w:rsidR="0006784E" w:rsidRDefault="00000000">
      <w:r>
        <w:rPr>
          <w:b/>
        </w:rPr>
        <w:t>Press and hold the mode key for 3 seconds in the shutdown state to enter the distribution network state.</w:t>
      </w:r>
    </w:p>
    <w:p w14:paraId="65E3BD3F" w14:textId="77777777" w:rsidR="0006784E" w:rsidRDefault="00000000">
      <w:r>
        <w:t>Houd de modusknop 3 seconden ingedrukt in uitgeschakelde toestand om de koppelingsmodus te starten.</w:t>
      </w:r>
    </w:p>
    <w:p w14:paraId="6CE00495" w14:textId="77777777" w:rsidR="0006784E" w:rsidRDefault="00000000">
      <w:r>
        <w:rPr>
          <w:b/>
        </w:rPr>
        <w:t>The device will start a 180 seconds countdown.</w:t>
      </w:r>
    </w:p>
    <w:p w14:paraId="691CBB24" w14:textId="77777777" w:rsidR="0006784E" w:rsidRDefault="00000000">
      <w:r>
        <w:t>Het toestel start een aftelling van 180 seconden.</w:t>
      </w:r>
    </w:p>
    <w:p w14:paraId="0E444D64" w14:textId="77777777" w:rsidR="0006784E" w:rsidRDefault="00000000">
      <w:r>
        <w:rPr>
          <w:b/>
        </w:rPr>
        <w:t>Open the app, connect your phone to WiFi and turn on Bluetooth.</w:t>
      </w:r>
    </w:p>
    <w:p w14:paraId="6D59ABB9" w14:textId="77777777" w:rsidR="0006784E" w:rsidRDefault="00000000">
      <w:r>
        <w:t>Open de app, verbind uw smartphone met WiFi en schakel Bluetooth in.</w:t>
      </w:r>
    </w:p>
    <w:p w14:paraId="241DD377" w14:textId="77777777" w:rsidR="0006784E" w:rsidRDefault="00000000">
      <w:r>
        <w:rPr>
          <w:b/>
        </w:rPr>
        <w:t>All Devices → Add Devices → Automatically discover devices → Add</w:t>
      </w:r>
    </w:p>
    <w:p w14:paraId="27464E6E" w14:textId="77777777" w:rsidR="0006784E" w:rsidRDefault="00000000">
      <w:r>
        <w:t>Alle apparaten → Apparaat toevoegen → Apparaten automatisch zoeken → Toevoegen</w:t>
      </w:r>
    </w:p>
    <w:p w14:paraId="4F3B8F67" w14:textId="77777777" w:rsidR="0006784E" w:rsidRDefault="00000000">
      <w:r>
        <w:rPr>
          <w:b/>
        </w:rPr>
        <w:t>Select WiFi and enter password → Add complete → APP control page.</w:t>
      </w:r>
    </w:p>
    <w:p w14:paraId="3AF93A29" w14:textId="77777777" w:rsidR="0006784E" w:rsidRDefault="00000000">
      <w:r>
        <w:t>Selecteer WiFi, voer het wachtwoord in en voltooi de installatie.</w:t>
      </w:r>
    </w:p>
    <w:p w14:paraId="06390546" w14:textId="77777777" w:rsidR="0006784E" w:rsidRDefault="00000000">
      <w:r>
        <w:rPr>
          <w:b/>
        </w:rPr>
        <w:t>The distribution network successfully displays PASS.</w:t>
      </w:r>
    </w:p>
    <w:p w14:paraId="548C01C1" w14:textId="77777777" w:rsidR="0006784E" w:rsidRDefault="00000000">
      <w:r>
        <w:lastRenderedPageBreak/>
        <w:t>Bij een succesvolle koppeling verschijnt PASS.</w:t>
      </w:r>
    </w:p>
    <w:p w14:paraId="1A2C3337" w14:textId="77777777" w:rsidR="0006784E" w:rsidRDefault="00000000">
      <w:r>
        <w:rPr>
          <w:b/>
        </w:rPr>
        <w:t>Distribution network failure displays FAIL.</w:t>
      </w:r>
    </w:p>
    <w:p w14:paraId="2CB58040" w14:textId="77777777" w:rsidR="0006784E" w:rsidRDefault="00000000">
      <w:r>
        <w:t>Bij een mislukte koppeling verschijnt FAIL.</w:t>
      </w:r>
    </w:p>
    <w:p w14:paraId="4A05E4BA" w14:textId="77777777" w:rsidR="0006784E" w:rsidRDefault="00000000">
      <w:r>
        <w:rPr>
          <w:b/>
        </w:rPr>
        <w:t>Internal parameter settings</w:t>
      </w:r>
    </w:p>
    <w:p w14:paraId="5F24865D" w14:textId="77777777" w:rsidR="0006784E" w:rsidRDefault="00000000">
      <w:r>
        <w:t>Interne parameterinstellingen</w:t>
      </w:r>
    </w:p>
    <w:p w14:paraId="174392FA" w14:textId="77777777" w:rsidR="0006784E" w:rsidRDefault="00000000">
      <w:r>
        <w:rPr>
          <w:b/>
        </w:rPr>
        <w:t>In the shutdown state, long press the plus key for 5 seconds to enter the internal parameter settings.</w:t>
      </w:r>
    </w:p>
    <w:p w14:paraId="166A3799" w14:textId="77777777" w:rsidR="0006784E" w:rsidRDefault="00000000">
      <w:r>
        <w:t>Houd in uitgeschakelde toestand de plusknop 5 seconden ingedrukt om de interne instellingen te openen.</w:t>
      </w:r>
    </w:p>
    <w:p w14:paraId="03E39398" w14:textId="77777777" w:rsidR="0006784E" w:rsidRDefault="00000000">
      <w:r>
        <w:rPr>
          <w:b/>
        </w:rPr>
        <w:t>F0 Temperature compensation: adjustment range of -5~5°C, default is -2.</w:t>
      </w:r>
    </w:p>
    <w:p w14:paraId="4CA1EBBC" w14:textId="77777777" w:rsidR="0006784E" w:rsidRDefault="00000000">
      <w:r>
        <w:t>F0 Temperatuurcompensatie: bereik -5°C tot +5°C, standaard -2.</w:t>
      </w:r>
    </w:p>
    <w:p w14:paraId="7ADD6A01" w14:textId="77777777" w:rsidR="0006784E" w:rsidRDefault="00000000">
      <w:r>
        <w:rPr>
          <w:b/>
        </w:rPr>
        <w:t>F1 Window opening function: options OF, 60 and 90.</w:t>
      </w:r>
    </w:p>
    <w:p w14:paraId="1B3898FC" w14:textId="77777777" w:rsidR="0006784E" w:rsidRDefault="00000000">
      <w:r>
        <w:t>F1 Raam-openfunctie: opties OF, 60 en 90.</w:t>
      </w:r>
    </w:p>
    <w:p w14:paraId="6551AF52" w14:textId="77777777" w:rsidR="0006784E" w:rsidRDefault="00000000">
      <w:r>
        <w:rPr>
          <w:b/>
        </w:rPr>
        <w:t>F2 Wifi switch: On means open, OF means close. Default is on.</w:t>
      </w:r>
    </w:p>
    <w:p w14:paraId="09BFCA56" w14:textId="77777777" w:rsidR="0006784E" w:rsidRDefault="00000000">
      <w:r>
        <w:t>F2 WiFi-schakelaar: ON = ingeschakeld, OF = uitgeschakeld. Standaard ON.</w:t>
      </w:r>
    </w:p>
    <w:p w14:paraId="1DC20E26" w14:textId="77777777" w:rsidR="0006784E" w:rsidRDefault="00000000">
      <w:r>
        <w:rPr>
          <w:b/>
        </w:rPr>
        <w:t>Restore factory settings</w:t>
      </w:r>
    </w:p>
    <w:p w14:paraId="38A59787" w14:textId="77777777" w:rsidR="0006784E" w:rsidRDefault="00000000">
      <w:r>
        <w:t>Fabrieksinstellingen herstellen</w:t>
      </w:r>
    </w:p>
    <w:p w14:paraId="43B2FA13" w14:textId="77777777" w:rsidR="0006784E" w:rsidRDefault="00000000">
      <w:r>
        <w:rPr>
          <w:b/>
        </w:rPr>
        <w:t>Press and hold the power button for 8 seconds, and the system will automatically restore factory settings.</w:t>
      </w:r>
    </w:p>
    <w:p w14:paraId="4430712F" w14:textId="77777777" w:rsidR="0006784E" w:rsidRDefault="00000000">
      <w:r>
        <w:t>Houd de aan/uit-knop 8 seconden ingedrukt om de fabrieksinstellingen te herstellen.</w:t>
      </w:r>
    </w:p>
    <w:p w14:paraId="11730074" w14:textId="77777777" w:rsidR="0006784E" w:rsidRDefault="00000000">
      <w:r>
        <w:rPr>
          <w:b/>
        </w:rPr>
        <w:t>Comfort temperature 19°C, economic temperature 15.5°C, anti freezing mode 7°C and Boost mode 2 hours.</w:t>
      </w:r>
    </w:p>
    <w:p w14:paraId="03E51698" w14:textId="77777777" w:rsidR="0006784E" w:rsidRDefault="00000000">
      <w:r>
        <w:t>Comforttemperatuur 19°C, eco-temperatuur 15,5°C, vorstbeveiliging 7°C en boost-modus 2 uur.</w:t>
      </w:r>
    </w:p>
    <w:p w14:paraId="06A07E65" w14:textId="77777777" w:rsidR="0006784E" w:rsidRDefault="00000000">
      <w:r>
        <w:rPr>
          <w:b/>
        </w:rPr>
        <w:t>Exception code description</w:t>
      </w:r>
    </w:p>
    <w:p w14:paraId="561D8C82" w14:textId="77777777" w:rsidR="0006784E" w:rsidRDefault="00000000">
      <w:r>
        <w:t>Beschrijving foutcode</w:t>
      </w:r>
    </w:p>
    <w:p w14:paraId="46A42A52" w14:textId="77777777" w:rsidR="0006784E" w:rsidRDefault="00000000">
      <w:r>
        <w:rPr>
          <w:b/>
        </w:rPr>
        <w:t>Temperature display Er</w:t>
      </w:r>
    </w:p>
    <w:p w14:paraId="22F8767D" w14:textId="77777777" w:rsidR="0006784E" w:rsidRDefault="00000000">
      <w:r>
        <w:t>Temperatuurweergave Er</w:t>
      </w:r>
    </w:p>
    <w:p w14:paraId="30E66610" w14:textId="77777777" w:rsidR="0006784E" w:rsidRDefault="00000000">
      <w:r>
        <w:rPr>
          <w:b/>
        </w:rPr>
        <w:lastRenderedPageBreak/>
        <w:t>Temperature sensor open circuit, short circuit or abnormality.</w:t>
      </w:r>
    </w:p>
    <w:p w14:paraId="11E646B0" w14:textId="77777777" w:rsidR="0006784E" w:rsidRDefault="00000000">
      <w:r>
        <w:t>Temperatuursensor onderbroken, kortgesloten of defect.</w:t>
      </w:r>
    </w:p>
    <w:sectPr w:rsidR="0006784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9248942">
    <w:abstractNumId w:val="8"/>
  </w:num>
  <w:num w:numId="2" w16cid:durableId="1916893494">
    <w:abstractNumId w:val="6"/>
  </w:num>
  <w:num w:numId="3" w16cid:durableId="1884293818">
    <w:abstractNumId w:val="5"/>
  </w:num>
  <w:num w:numId="4" w16cid:durableId="1432362376">
    <w:abstractNumId w:val="4"/>
  </w:num>
  <w:num w:numId="5" w16cid:durableId="619144131">
    <w:abstractNumId w:val="7"/>
  </w:num>
  <w:num w:numId="6" w16cid:durableId="890504362">
    <w:abstractNumId w:val="3"/>
  </w:num>
  <w:num w:numId="7" w16cid:durableId="1001860285">
    <w:abstractNumId w:val="2"/>
  </w:num>
  <w:num w:numId="8" w16cid:durableId="471946876">
    <w:abstractNumId w:val="1"/>
  </w:num>
  <w:num w:numId="9" w16cid:durableId="1134836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6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12E"/>
    <w:rsid w:val="00034616"/>
    <w:rsid w:val="0006063C"/>
    <w:rsid w:val="0006784E"/>
    <w:rsid w:val="000F035B"/>
    <w:rsid w:val="0015074B"/>
    <w:rsid w:val="0029639D"/>
    <w:rsid w:val="00326F90"/>
    <w:rsid w:val="003B1B96"/>
    <w:rsid w:val="00805F4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89A7B9"/>
  <w14:defaultImageDpi w14:val="300"/>
  <w15:docId w15:val="{212F85AC-8EC2-4FAF-8104-62F6A4FBB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1318</Words>
  <Characters>7253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Rudi Vanden Borre</cp:lastModifiedBy>
  <cp:revision>2</cp:revision>
  <dcterms:created xsi:type="dcterms:W3CDTF">2026-10-29T01:26:00Z</dcterms:created>
  <dcterms:modified xsi:type="dcterms:W3CDTF">2026-10-29T01:26:00Z</dcterms:modified>
  <cp:category/>
</cp:coreProperties>
</file>